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C314D0" w14:textId="77777777" w:rsidR="000B64F1" w:rsidRDefault="00ED7266" w:rsidP="00A1246E">
      <w:pPr>
        <w:pStyle w:val="Title"/>
        <w:jc w:val="center"/>
      </w:pPr>
      <w:r>
        <w:t>Обява за работа</w:t>
      </w:r>
    </w:p>
    <w:p w14:paraId="7F024B32" w14:textId="64BFCE2E" w:rsidR="000B64F1" w:rsidRDefault="00ED7266" w:rsidP="00ED7266">
      <w:pPr>
        <w:pStyle w:val="Heading1"/>
        <w:rPr>
          <w:lang w:val="bg-BG"/>
        </w:rPr>
      </w:pPr>
      <w:proofErr w:type="spellStart"/>
      <w:r>
        <w:t>Позиция</w:t>
      </w:r>
      <w:proofErr w:type="spellEnd"/>
      <w:r>
        <w:t xml:space="preserve">: </w:t>
      </w:r>
      <w:proofErr w:type="spellStart"/>
      <w:r w:rsidR="00A1246E" w:rsidRPr="00A1246E">
        <w:t>Програмист</w:t>
      </w:r>
      <w:proofErr w:type="spellEnd"/>
      <w:r w:rsidR="00A1246E" w:rsidRPr="00A1246E">
        <w:t xml:space="preserve">, </w:t>
      </w:r>
      <w:proofErr w:type="spellStart"/>
      <w:r w:rsidR="00A1246E" w:rsidRPr="00A1246E">
        <w:t>уеб</w:t>
      </w:r>
      <w:proofErr w:type="spellEnd"/>
      <w:r w:rsidR="00A1246E" w:rsidRPr="00A1246E">
        <w:t xml:space="preserve"> </w:t>
      </w:r>
      <w:proofErr w:type="spellStart"/>
      <w:r w:rsidR="00A1246E" w:rsidRPr="00A1246E">
        <w:t>сайтове</w:t>
      </w:r>
      <w:proofErr w:type="spellEnd"/>
      <w:r w:rsidR="00A1246E" w:rsidRPr="00A1246E">
        <w:t xml:space="preserve"> – Front-</w:t>
      </w:r>
      <w:r w:rsidR="009311EA">
        <w:rPr>
          <w:lang w:val="bg-BG"/>
        </w:rPr>
        <w:t>Е</w:t>
      </w:r>
      <w:proofErr w:type="spellStart"/>
      <w:r w:rsidR="00A1246E" w:rsidRPr="00A1246E">
        <w:t>nd</w:t>
      </w:r>
      <w:proofErr w:type="spellEnd"/>
      <w:r w:rsidR="00A1246E">
        <w:rPr>
          <w:lang w:val="bg-BG"/>
        </w:rPr>
        <w:t xml:space="preserve">, код по НКПД: </w:t>
      </w:r>
      <w:r w:rsidR="00A1246E" w:rsidRPr="00A1246E">
        <w:t>25136002</w:t>
      </w:r>
    </w:p>
    <w:p w14:paraId="692C1423" w14:textId="77777777" w:rsidR="00A1246E" w:rsidRDefault="00A1246E" w:rsidP="00A1246E">
      <w:pPr>
        <w:jc w:val="center"/>
        <w:rPr>
          <w:b/>
          <w:bCs/>
          <w:lang w:val="bg-BG"/>
        </w:rPr>
      </w:pPr>
      <w:r w:rsidRPr="00170993">
        <w:rPr>
          <w:b/>
          <w:bCs/>
          <w:lang w:val="bg-BG"/>
        </w:rPr>
        <w:t xml:space="preserve">за попълване състава на екипа на проект BG16RFPR001-1.001-0148-C01 „Разработване на иновация от ПРОДИЗАЙН БЪЛГАРИЯ </w:t>
      </w:r>
      <w:r>
        <w:rPr>
          <w:b/>
          <w:bCs/>
          <w:lang w:val="bg-BG"/>
        </w:rPr>
        <w:t>Е</w:t>
      </w:r>
      <w:r w:rsidRPr="00170993">
        <w:rPr>
          <w:b/>
          <w:bCs/>
          <w:lang w:val="bg-BG"/>
        </w:rPr>
        <w:t>ООД</w:t>
      </w:r>
      <w:r>
        <w:rPr>
          <w:b/>
          <w:bCs/>
          <w:lang w:val="bg-BG"/>
        </w:rPr>
        <w:t>“</w:t>
      </w:r>
    </w:p>
    <w:p w14:paraId="160BC2FD" w14:textId="1D01E5FD" w:rsidR="000B64F1" w:rsidRPr="00A1246E" w:rsidRDefault="00A1246E">
      <w:pPr>
        <w:rPr>
          <w:lang w:val="bg-BG"/>
        </w:rPr>
      </w:pPr>
      <w:r w:rsidRPr="00170993">
        <w:rPr>
          <w:bCs/>
          <w:lang w:val="bg-BG"/>
        </w:rPr>
        <w:t>по Програма "Конкурентоспособност и иновации в предприятията" 2021-2027</w:t>
      </w:r>
    </w:p>
    <w:p w14:paraId="5C442745" w14:textId="77777777" w:rsidR="000B64F1" w:rsidRPr="009311EA" w:rsidRDefault="00ED7266">
      <w:pPr>
        <w:rPr>
          <w:lang w:val="bg-BG"/>
        </w:rPr>
      </w:pPr>
      <w:r w:rsidRPr="009311EA">
        <w:rPr>
          <w:lang w:val="bg-BG"/>
        </w:rPr>
        <w:t>Описание:</w:t>
      </w:r>
    </w:p>
    <w:p w14:paraId="40BBB16D" w14:textId="7E0B17B6" w:rsidR="000B64F1" w:rsidRDefault="00ED7266">
      <w:pPr>
        <w:rPr>
          <w:lang w:val="bg-BG"/>
        </w:rPr>
      </w:pPr>
      <w:r w:rsidRPr="009311EA">
        <w:rPr>
          <w:lang w:val="bg-BG"/>
        </w:rPr>
        <w:t xml:space="preserve">Търсим мотивиран и детайлно ориентиран </w:t>
      </w:r>
      <w:r>
        <w:t>Front</w:t>
      </w:r>
      <w:r w:rsidRPr="009311EA">
        <w:rPr>
          <w:lang w:val="bg-BG"/>
        </w:rPr>
        <w:t>-</w:t>
      </w:r>
      <w:r w:rsidR="009311EA">
        <w:rPr>
          <w:lang w:val="bg-BG"/>
        </w:rPr>
        <w:t>Е</w:t>
      </w:r>
      <w:proofErr w:type="spellStart"/>
      <w:r>
        <w:t>nd</w:t>
      </w:r>
      <w:proofErr w:type="spellEnd"/>
      <w:r w:rsidRPr="009311EA">
        <w:rPr>
          <w:lang w:val="bg-BG"/>
        </w:rPr>
        <w:t xml:space="preserve"> програмист, който да се включи в нашия екип за изграждане на уеб</w:t>
      </w:r>
      <w:r w:rsidR="0070068B">
        <w:rPr>
          <w:lang w:val="bg-BG"/>
        </w:rPr>
        <w:t xml:space="preserve"> </w:t>
      </w:r>
      <w:r w:rsidRPr="009311EA">
        <w:rPr>
          <w:lang w:val="bg-BG"/>
        </w:rPr>
        <w:t>сайтове и потребителски интерфейси.</w:t>
      </w:r>
    </w:p>
    <w:p w14:paraId="4D7BB424" w14:textId="77777777" w:rsidR="00A1246E" w:rsidRPr="00A1246E" w:rsidRDefault="00A1246E">
      <w:pPr>
        <w:rPr>
          <w:lang w:val="bg-BG"/>
        </w:rPr>
      </w:pPr>
    </w:p>
    <w:p w14:paraId="1953764E" w14:textId="77777777" w:rsidR="00A1246E" w:rsidRDefault="00A1246E" w:rsidP="00A1246E">
      <w:pPr>
        <w:jc w:val="both"/>
        <w:rPr>
          <w:b/>
          <w:bCs/>
          <w:color w:val="000000"/>
          <w:lang w:val="bg-BG"/>
        </w:rPr>
      </w:pPr>
      <w:r w:rsidRPr="00170993">
        <w:rPr>
          <w:b/>
          <w:bCs/>
          <w:color w:val="000000"/>
          <w:lang w:val="bg-BG"/>
        </w:rPr>
        <w:t>К</w:t>
      </w:r>
      <w:r>
        <w:rPr>
          <w:b/>
          <w:bCs/>
          <w:color w:val="000000"/>
          <w:lang w:val="bg-BG"/>
        </w:rPr>
        <w:t>ОНКРЕТНИ ЗАДЪЛЖЕНИЯ И ОТГОВОРНОСТИ:</w:t>
      </w:r>
    </w:p>
    <w:p w14:paraId="3C6695C0" w14:textId="77777777" w:rsidR="000B64F1" w:rsidRPr="00A1246E" w:rsidRDefault="00ED7266">
      <w:pPr>
        <w:rPr>
          <w:lang w:val="bg-BG"/>
        </w:rPr>
      </w:pPr>
      <w:r w:rsidRPr="00A1246E">
        <w:rPr>
          <w:lang w:val="bg-BG"/>
        </w:rPr>
        <w:t>- Създаване на динамични, адаптивни и функционални уеб интерфейси;</w:t>
      </w:r>
    </w:p>
    <w:p w14:paraId="468BB7E6" w14:textId="77777777" w:rsidR="000B64F1" w:rsidRPr="009311EA" w:rsidRDefault="00ED7266">
      <w:pPr>
        <w:rPr>
          <w:lang w:val="bg-BG"/>
        </w:rPr>
      </w:pPr>
      <w:r w:rsidRPr="009311EA">
        <w:rPr>
          <w:lang w:val="bg-BG"/>
        </w:rPr>
        <w:t xml:space="preserve">- Имплементиране на визуални концепции, базирани на </w:t>
      </w:r>
      <w:r>
        <w:t>UI</w:t>
      </w:r>
      <w:r w:rsidRPr="009311EA">
        <w:rPr>
          <w:lang w:val="bg-BG"/>
        </w:rPr>
        <w:t>/</w:t>
      </w:r>
      <w:r>
        <w:t>UX</w:t>
      </w:r>
      <w:r w:rsidRPr="009311EA">
        <w:rPr>
          <w:lang w:val="bg-BG"/>
        </w:rPr>
        <w:t xml:space="preserve"> дизайни;</w:t>
      </w:r>
    </w:p>
    <w:p w14:paraId="791AC187" w14:textId="77777777" w:rsidR="000B64F1" w:rsidRPr="009311EA" w:rsidRDefault="00ED7266">
      <w:pPr>
        <w:rPr>
          <w:lang w:val="bg-BG"/>
        </w:rPr>
      </w:pPr>
      <w:r w:rsidRPr="009311EA">
        <w:rPr>
          <w:lang w:val="bg-BG"/>
        </w:rPr>
        <w:t>- Тестване, дебъгване и оптимизация на клиентската част на приложения;</w:t>
      </w:r>
    </w:p>
    <w:p w14:paraId="373E9F1B" w14:textId="7CC3DBED" w:rsidR="000B64F1" w:rsidRDefault="00ED7266">
      <w:pPr>
        <w:rPr>
          <w:lang w:val="bg-BG"/>
        </w:rPr>
      </w:pPr>
      <w:r w:rsidRPr="009311EA">
        <w:rPr>
          <w:lang w:val="bg-BG"/>
        </w:rPr>
        <w:t xml:space="preserve">- Работа в сътрудничество с </w:t>
      </w:r>
      <w:r w:rsidR="00FE6761">
        <w:rPr>
          <w:lang w:val="de-DE"/>
        </w:rPr>
        <w:t>B</w:t>
      </w:r>
      <w:r>
        <w:t>ack</w:t>
      </w:r>
      <w:r w:rsidRPr="009311EA">
        <w:rPr>
          <w:lang w:val="bg-BG"/>
        </w:rPr>
        <w:t>-</w:t>
      </w:r>
      <w:r w:rsidR="00FE6761">
        <w:t>E</w:t>
      </w:r>
      <w:r>
        <w:t>nd</w:t>
      </w:r>
      <w:r w:rsidRPr="009311EA">
        <w:rPr>
          <w:lang w:val="bg-BG"/>
        </w:rPr>
        <w:t xml:space="preserve"> програмисти и дизайнери.</w:t>
      </w:r>
    </w:p>
    <w:p w14:paraId="43F02FB2" w14:textId="77777777" w:rsidR="00A1246E" w:rsidRPr="00A1246E" w:rsidRDefault="00A1246E">
      <w:pPr>
        <w:rPr>
          <w:lang w:val="bg-BG"/>
        </w:rPr>
      </w:pPr>
    </w:p>
    <w:p w14:paraId="795148AA" w14:textId="77777777" w:rsidR="00A1246E" w:rsidRPr="00650DC6" w:rsidRDefault="00A1246E" w:rsidP="00A1246E">
      <w:pPr>
        <w:jc w:val="both"/>
        <w:rPr>
          <w:b/>
          <w:lang w:val="bg-BG"/>
        </w:rPr>
      </w:pPr>
      <w:bookmarkStart w:id="0" w:name="_Hlk199853003"/>
      <w:r w:rsidRPr="00650DC6">
        <w:rPr>
          <w:b/>
          <w:lang w:val="bg-BG"/>
        </w:rPr>
        <w:t xml:space="preserve">КВАЛИФИКАЦИЯ И ИЗИСКВАНИЯ КЪМ ДЛЪЖНОСТТА: </w:t>
      </w:r>
    </w:p>
    <w:bookmarkEnd w:id="0"/>
    <w:p w14:paraId="2BBE3D8B" w14:textId="683F1613" w:rsidR="000B64F1" w:rsidRPr="00A1246E" w:rsidRDefault="00ED7266">
      <w:pPr>
        <w:rPr>
          <w:lang w:val="bg-BG"/>
        </w:rPr>
      </w:pPr>
      <w:r w:rsidRPr="00A1246E">
        <w:rPr>
          <w:lang w:val="bg-BG"/>
        </w:rPr>
        <w:t xml:space="preserve">- Минимум 2 години опит като </w:t>
      </w:r>
      <w:r w:rsidR="0010164F">
        <w:t>F</w:t>
      </w:r>
      <w:r>
        <w:t>ront</w:t>
      </w:r>
      <w:r w:rsidRPr="00A1246E">
        <w:rPr>
          <w:lang w:val="bg-BG"/>
        </w:rPr>
        <w:t>-</w:t>
      </w:r>
      <w:r w:rsidR="0010164F">
        <w:t>E</w:t>
      </w:r>
      <w:r>
        <w:t>nd</w:t>
      </w:r>
      <w:r w:rsidRPr="00A1246E">
        <w:rPr>
          <w:lang w:val="bg-BG"/>
        </w:rPr>
        <w:t xml:space="preserve"> програмист;</w:t>
      </w:r>
    </w:p>
    <w:p w14:paraId="3C4BC55A" w14:textId="77777777" w:rsidR="000B64F1" w:rsidRPr="009311EA" w:rsidRDefault="00ED7266">
      <w:pPr>
        <w:rPr>
          <w:lang w:val="bg-BG"/>
        </w:rPr>
      </w:pPr>
      <w:r w:rsidRPr="009311EA">
        <w:rPr>
          <w:lang w:val="bg-BG"/>
        </w:rPr>
        <w:t xml:space="preserve">- Отлични познания по </w:t>
      </w:r>
      <w:r>
        <w:t>HTML</w:t>
      </w:r>
      <w:r w:rsidRPr="009311EA">
        <w:rPr>
          <w:lang w:val="bg-BG"/>
        </w:rPr>
        <w:t xml:space="preserve">5, </w:t>
      </w:r>
      <w:r>
        <w:t>CSS</w:t>
      </w:r>
      <w:r w:rsidRPr="009311EA">
        <w:rPr>
          <w:lang w:val="bg-BG"/>
        </w:rPr>
        <w:t xml:space="preserve">3, </w:t>
      </w:r>
      <w:r>
        <w:t>SASS</w:t>
      </w:r>
      <w:r w:rsidRPr="009311EA">
        <w:rPr>
          <w:lang w:val="bg-BG"/>
        </w:rPr>
        <w:t xml:space="preserve">, </w:t>
      </w:r>
      <w:r>
        <w:t>JavaScript</w:t>
      </w:r>
      <w:r w:rsidRPr="009311EA">
        <w:rPr>
          <w:lang w:val="bg-BG"/>
        </w:rPr>
        <w:t>;</w:t>
      </w:r>
    </w:p>
    <w:p w14:paraId="41DEEEF4" w14:textId="77777777" w:rsidR="000B64F1" w:rsidRDefault="00ED7266">
      <w:r>
        <w:t xml:space="preserve">- </w:t>
      </w:r>
      <w:proofErr w:type="spellStart"/>
      <w:r>
        <w:t>Опит</w:t>
      </w:r>
      <w:proofErr w:type="spellEnd"/>
      <w:r>
        <w:t xml:space="preserve"> с Laravel и </w:t>
      </w:r>
      <w:proofErr w:type="gramStart"/>
      <w:r>
        <w:t>WordPress;</w:t>
      </w:r>
      <w:proofErr w:type="gramEnd"/>
    </w:p>
    <w:p w14:paraId="2081D7A4" w14:textId="77777777" w:rsidR="000B64F1" w:rsidRDefault="00ED7266">
      <w:r>
        <w:t>- Опит с контролни системи (напр. Git);</w:t>
      </w:r>
    </w:p>
    <w:p w14:paraId="303A6F9E" w14:textId="77777777" w:rsidR="000B64F1" w:rsidRDefault="00ED7266">
      <w:r>
        <w:t>- Способност за спазване на срокове и приоритизиране на задачи;</w:t>
      </w:r>
    </w:p>
    <w:p w14:paraId="4CD8CD59" w14:textId="24F40FF8" w:rsidR="000B64F1" w:rsidRDefault="00ED7266">
      <w:pPr>
        <w:rPr>
          <w:lang w:val="bg-BG"/>
        </w:rPr>
      </w:pPr>
      <w:r>
        <w:t xml:space="preserve">- </w:t>
      </w:r>
      <w:proofErr w:type="spellStart"/>
      <w:r>
        <w:t>Средно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висше</w:t>
      </w:r>
      <w:proofErr w:type="spellEnd"/>
      <w:r>
        <w:t xml:space="preserve"> </w:t>
      </w:r>
      <w:proofErr w:type="spellStart"/>
      <w:r>
        <w:t>образование</w:t>
      </w:r>
      <w:proofErr w:type="spellEnd"/>
      <w:r>
        <w:t>.</w:t>
      </w:r>
    </w:p>
    <w:p w14:paraId="18584342" w14:textId="77777777" w:rsidR="00A1246E" w:rsidRDefault="00A1246E">
      <w:pPr>
        <w:rPr>
          <w:lang w:val="bg-BG"/>
        </w:rPr>
      </w:pPr>
    </w:p>
    <w:p w14:paraId="4A4F906C" w14:textId="77777777" w:rsidR="00A1246E" w:rsidRDefault="00A1246E" w:rsidP="00A1246E">
      <w:pPr>
        <w:rPr>
          <w:b/>
          <w:bCs/>
          <w:color w:val="EE0000"/>
          <w:lang w:val="bg-BG"/>
        </w:rPr>
      </w:pPr>
      <w:bookmarkStart w:id="1" w:name="_Hlk199852801"/>
      <w:r w:rsidRPr="00170993">
        <w:rPr>
          <w:b/>
          <w:bCs/>
          <w:lang w:val="bg-BG"/>
        </w:rPr>
        <w:t>Назначаването е на трудов договор в „ПРОДИЗАЙН БЪЛГАРИЯ</w:t>
      </w:r>
      <w:r>
        <w:rPr>
          <w:b/>
          <w:bCs/>
          <w:lang w:val="bg-BG"/>
        </w:rPr>
        <w:t>“</w:t>
      </w:r>
      <w:r w:rsidRPr="00170993">
        <w:rPr>
          <w:b/>
          <w:bCs/>
          <w:lang w:val="bg-BG"/>
        </w:rPr>
        <w:t xml:space="preserve"> </w:t>
      </w:r>
      <w:r>
        <w:rPr>
          <w:b/>
          <w:bCs/>
          <w:lang w:val="bg-BG"/>
        </w:rPr>
        <w:t>Е</w:t>
      </w:r>
      <w:r w:rsidRPr="00170993">
        <w:rPr>
          <w:b/>
          <w:bCs/>
          <w:lang w:val="bg-BG"/>
        </w:rPr>
        <w:t xml:space="preserve">ООД, часова заетост: </w:t>
      </w:r>
      <w:r w:rsidRPr="00170993">
        <w:rPr>
          <w:b/>
          <w:bCs/>
          <w:color w:val="EE0000"/>
          <w:lang w:val="bg-BG"/>
        </w:rPr>
        <w:t xml:space="preserve">осем часа. </w:t>
      </w:r>
    </w:p>
    <w:p w14:paraId="69646788" w14:textId="77777777" w:rsidR="00A1246E" w:rsidRPr="00170993" w:rsidRDefault="00A1246E" w:rsidP="00A1246E">
      <w:pPr>
        <w:rPr>
          <w:b/>
          <w:bCs/>
          <w:lang w:val="bg-BG"/>
        </w:rPr>
      </w:pPr>
      <w:r>
        <w:rPr>
          <w:b/>
          <w:bCs/>
          <w:color w:val="EE0000"/>
          <w:lang w:val="bg-BG"/>
        </w:rPr>
        <w:lastRenderedPageBreak/>
        <w:t>Месторабота: гр. София</w:t>
      </w:r>
    </w:p>
    <w:p w14:paraId="4BE4C69D" w14:textId="77777777" w:rsidR="00A1246E" w:rsidRPr="00170993" w:rsidRDefault="00A1246E" w:rsidP="00A1246E">
      <w:pPr>
        <w:rPr>
          <w:lang w:val="bg-BG"/>
        </w:rPr>
      </w:pPr>
      <w:r w:rsidRPr="00170993">
        <w:rPr>
          <w:b/>
          <w:bCs/>
          <w:lang w:val="bg-BG"/>
        </w:rPr>
        <w:t>Необходими документи за кандидатстване:</w:t>
      </w:r>
    </w:p>
    <w:p w14:paraId="22A458B1" w14:textId="77777777" w:rsidR="00A1246E" w:rsidRPr="00170993" w:rsidRDefault="00A1246E" w:rsidP="00A1246E">
      <w:pPr>
        <w:numPr>
          <w:ilvl w:val="0"/>
          <w:numId w:val="10"/>
        </w:numPr>
        <w:rPr>
          <w:lang w:val="bg-BG"/>
        </w:rPr>
      </w:pPr>
      <w:r w:rsidRPr="00170993">
        <w:rPr>
          <w:lang w:val="bg-BG"/>
        </w:rPr>
        <w:t>Автобиография (CV европейски формат);</w:t>
      </w:r>
    </w:p>
    <w:p w14:paraId="15EB481C" w14:textId="77777777" w:rsidR="00A1246E" w:rsidRPr="00170993" w:rsidRDefault="00A1246E" w:rsidP="00A1246E">
      <w:pPr>
        <w:numPr>
          <w:ilvl w:val="0"/>
          <w:numId w:val="10"/>
        </w:numPr>
        <w:rPr>
          <w:lang w:val="bg-BG"/>
        </w:rPr>
      </w:pPr>
      <w:r w:rsidRPr="00170993">
        <w:rPr>
          <w:lang w:val="bg-BG"/>
        </w:rPr>
        <w:t>Копие на диплома за висше образование;</w:t>
      </w:r>
    </w:p>
    <w:p w14:paraId="7E3A0A6C" w14:textId="77777777" w:rsidR="00A1246E" w:rsidRPr="00170993" w:rsidRDefault="00A1246E" w:rsidP="00A1246E">
      <w:pPr>
        <w:numPr>
          <w:ilvl w:val="0"/>
          <w:numId w:val="10"/>
        </w:numPr>
        <w:rPr>
          <w:lang w:val="bg-BG"/>
        </w:rPr>
      </w:pPr>
      <w:r w:rsidRPr="00170993">
        <w:rPr>
          <w:lang w:val="bg-BG"/>
        </w:rPr>
        <w:t>Копие на трудова книжка за доказване на професионален опит.</w:t>
      </w:r>
    </w:p>
    <w:p w14:paraId="13AED08A" w14:textId="77777777" w:rsidR="00A1246E" w:rsidRPr="00170993" w:rsidRDefault="00A1246E" w:rsidP="00A1246E">
      <w:pPr>
        <w:numPr>
          <w:ilvl w:val="0"/>
          <w:numId w:val="10"/>
        </w:numPr>
        <w:rPr>
          <w:lang w:val="bg-BG"/>
        </w:rPr>
      </w:pPr>
      <w:r w:rsidRPr="00170993">
        <w:rPr>
          <w:lang w:val="bg-BG"/>
        </w:rPr>
        <w:t>Допълнителни сертификати по преценка на кандидата.</w:t>
      </w:r>
    </w:p>
    <w:p w14:paraId="348308FD" w14:textId="77777777" w:rsidR="00A1246E" w:rsidRPr="00170993" w:rsidRDefault="00A1246E" w:rsidP="00A1246E">
      <w:pPr>
        <w:numPr>
          <w:ilvl w:val="0"/>
          <w:numId w:val="10"/>
        </w:numPr>
        <w:rPr>
          <w:lang w:val="bg-BG"/>
        </w:rPr>
      </w:pPr>
      <w:r w:rsidRPr="00170993">
        <w:rPr>
          <w:lang w:val="bg-BG"/>
        </w:rPr>
        <w:t>Други по преценка на кандидата.</w:t>
      </w:r>
    </w:p>
    <w:p w14:paraId="21FC96FF" w14:textId="49593540" w:rsidR="00A1246E" w:rsidRPr="00444F43" w:rsidRDefault="00A1246E" w:rsidP="00A1246E">
      <w:pPr>
        <w:rPr>
          <w:lang w:val="bg-BG"/>
        </w:rPr>
      </w:pPr>
      <w:r w:rsidRPr="00170993">
        <w:rPr>
          <w:b/>
          <w:bCs/>
          <w:lang w:val="bg-BG"/>
        </w:rPr>
        <w:t>Документи се приемат</w:t>
      </w:r>
      <w:r w:rsidRPr="00170993">
        <w:rPr>
          <w:lang w:val="bg-BG"/>
        </w:rPr>
        <w:t xml:space="preserve"> </w:t>
      </w:r>
      <w:r w:rsidRPr="00170993">
        <w:rPr>
          <w:b/>
          <w:bCs/>
          <w:lang w:val="bg-BG"/>
        </w:rPr>
        <w:t xml:space="preserve">от </w:t>
      </w:r>
      <w:r w:rsidR="00DF59B6" w:rsidRPr="00DF59B6">
        <w:rPr>
          <w:lang w:val="bg-BG"/>
        </w:rPr>
        <w:t>17.05.</w:t>
      </w:r>
      <w:r w:rsidRPr="00170993">
        <w:rPr>
          <w:lang w:val="bg-BG"/>
        </w:rPr>
        <w:t xml:space="preserve">2025 г. до </w:t>
      </w:r>
      <w:r w:rsidR="00DF59B6" w:rsidRPr="00DF59B6">
        <w:rPr>
          <w:lang w:val="bg-BG"/>
        </w:rPr>
        <w:t>25.05.</w:t>
      </w:r>
      <w:r w:rsidRPr="00170993">
        <w:rPr>
          <w:lang w:val="bg-BG"/>
        </w:rPr>
        <w:t xml:space="preserve">2025 г. всеки работен ден от 10.00 до 17.00 часа на имейл адрес: </w:t>
      </w:r>
      <w:hyperlink r:id="rId8" w:history="1">
        <w:r w:rsidRPr="00A0335A">
          <w:rPr>
            <w:rStyle w:val="Hyperlink"/>
            <w:lang w:val="bg-BG"/>
          </w:rPr>
          <w:t>mnaydenov@prodesign.bg</w:t>
        </w:r>
      </w:hyperlink>
      <w:r>
        <w:rPr>
          <w:lang w:val="bg-BG"/>
        </w:rPr>
        <w:t xml:space="preserve"> </w:t>
      </w:r>
    </w:p>
    <w:bookmarkEnd w:id="1"/>
    <w:p w14:paraId="10DCA5AD" w14:textId="77777777" w:rsidR="00A1246E" w:rsidRPr="00A1246E" w:rsidRDefault="00A1246E">
      <w:pPr>
        <w:rPr>
          <w:lang w:val="bg-BG"/>
        </w:rPr>
      </w:pPr>
    </w:p>
    <w:sectPr w:rsidR="00A1246E" w:rsidRPr="00A1246E" w:rsidSect="00034616">
      <w:head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F6BB7C" w14:textId="77777777" w:rsidR="00A1246E" w:rsidRDefault="00A1246E" w:rsidP="00A1246E">
      <w:pPr>
        <w:spacing w:after="0" w:line="240" w:lineRule="auto"/>
      </w:pPr>
      <w:r>
        <w:separator/>
      </w:r>
    </w:p>
  </w:endnote>
  <w:endnote w:type="continuationSeparator" w:id="0">
    <w:p w14:paraId="5690D1AD" w14:textId="77777777" w:rsidR="00A1246E" w:rsidRDefault="00A1246E" w:rsidP="00A124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2DD89F" w14:textId="77777777" w:rsidR="00A1246E" w:rsidRDefault="00A1246E" w:rsidP="00A1246E">
      <w:pPr>
        <w:spacing w:after="0" w:line="240" w:lineRule="auto"/>
      </w:pPr>
      <w:r>
        <w:separator/>
      </w:r>
    </w:p>
  </w:footnote>
  <w:footnote w:type="continuationSeparator" w:id="0">
    <w:p w14:paraId="045C0A1F" w14:textId="77777777" w:rsidR="00A1246E" w:rsidRDefault="00A1246E" w:rsidP="00A124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4B8D7C" w14:textId="49427E17" w:rsidR="00A1246E" w:rsidRPr="00A1246E" w:rsidRDefault="00A1246E" w:rsidP="00A1246E">
    <w:pPr>
      <w:tabs>
        <w:tab w:val="center" w:pos="4536"/>
        <w:tab w:val="right" w:pos="9072"/>
      </w:tabs>
      <w:rPr>
        <w:lang w:val="bg-BG"/>
      </w:rPr>
    </w:pPr>
    <w:bookmarkStart w:id="2" w:name="_Hlk199852837"/>
    <w:bookmarkStart w:id="3" w:name="_Hlk199852838"/>
    <w:r>
      <w:rPr>
        <w:noProof/>
      </w:rPr>
      <w:drawing>
        <wp:anchor distT="0" distB="0" distL="114300" distR="114300" simplePos="0" relativeHeight="251658240" behindDoc="1" locked="0" layoutInCell="1" allowOverlap="1" wp14:anchorId="05A47C6B" wp14:editId="1245C581">
          <wp:simplePos x="0" y="0"/>
          <wp:positionH relativeFrom="column">
            <wp:posOffset>3270885</wp:posOffset>
          </wp:positionH>
          <wp:positionV relativeFrom="paragraph">
            <wp:posOffset>-133350</wp:posOffset>
          </wp:positionV>
          <wp:extent cx="2343150" cy="914400"/>
          <wp:effectExtent l="0" t="0" r="0" b="0"/>
          <wp:wrapTight wrapText="bothSides">
            <wp:wrapPolygon edited="0">
              <wp:start x="0" y="0"/>
              <wp:lineTo x="0" y="21150"/>
              <wp:lineTo x="21424" y="21150"/>
              <wp:lineTo x="21424" y="0"/>
              <wp:lineTo x="0" y="0"/>
            </wp:wrapPolygon>
          </wp:wrapTight>
          <wp:docPr id="2008179000" name="Picture 3" descr="A colorful logo with black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8179000" name="Picture 3" descr="A colorful logo with black tex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315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bg-BG"/>
      </w:rPr>
      <w:drawing>
        <wp:inline distT="0" distB="0" distL="0" distR="0" wp14:anchorId="19B694EC" wp14:editId="0C7BD7E9">
          <wp:extent cx="3291840" cy="693420"/>
          <wp:effectExtent l="0" t="0" r="3810" b="0"/>
          <wp:docPr id="973172075" name="Picture 1" descr="Blue text on a white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3172075" name="Picture 1" descr="Blue text on a white background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91840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2"/>
    <w:bookmarkEnd w:id="3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7DCB15D6"/>
    <w:multiLevelType w:val="multilevel"/>
    <w:tmpl w:val="D6C86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15808755">
    <w:abstractNumId w:val="8"/>
  </w:num>
  <w:num w:numId="2" w16cid:durableId="1570572805">
    <w:abstractNumId w:val="6"/>
  </w:num>
  <w:num w:numId="3" w16cid:durableId="509150226">
    <w:abstractNumId w:val="5"/>
  </w:num>
  <w:num w:numId="4" w16cid:durableId="936669477">
    <w:abstractNumId w:val="4"/>
  </w:num>
  <w:num w:numId="5" w16cid:durableId="1753045932">
    <w:abstractNumId w:val="7"/>
  </w:num>
  <w:num w:numId="6" w16cid:durableId="591666727">
    <w:abstractNumId w:val="3"/>
  </w:num>
  <w:num w:numId="7" w16cid:durableId="1266376814">
    <w:abstractNumId w:val="2"/>
  </w:num>
  <w:num w:numId="8" w16cid:durableId="462432924">
    <w:abstractNumId w:val="1"/>
  </w:num>
  <w:num w:numId="9" w16cid:durableId="2075662521">
    <w:abstractNumId w:val="0"/>
  </w:num>
  <w:num w:numId="10" w16cid:durableId="78446794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0B64F1"/>
    <w:rsid w:val="0010164F"/>
    <w:rsid w:val="0015074B"/>
    <w:rsid w:val="0029639D"/>
    <w:rsid w:val="00326F90"/>
    <w:rsid w:val="003A225A"/>
    <w:rsid w:val="0070068B"/>
    <w:rsid w:val="00755603"/>
    <w:rsid w:val="008B0860"/>
    <w:rsid w:val="009311EA"/>
    <w:rsid w:val="009A23B5"/>
    <w:rsid w:val="00A1246E"/>
    <w:rsid w:val="00AA1D8D"/>
    <w:rsid w:val="00B47730"/>
    <w:rsid w:val="00CB0664"/>
    <w:rsid w:val="00DF59B6"/>
    <w:rsid w:val="00ED7266"/>
    <w:rsid w:val="00FC693F"/>
    <w:rsid w:val="00FE6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4062061"/>
  <w14:defaultImageDpi w14:val="300"/>
  <w15:docId w15:val="{3AE66B0D-D803-48D0-BCAE-F0F15A05E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A1246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naydenov@prodesign.b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240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1610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Sonya Chongova (Prodesign.)</cp:lastModifiedBy>
  <cp:revision>8</cp:revision>
  <dcterms:created xsi:type="dcterms:W3CDTF">2013-12-23T23:15:00Z</dcterms:created>
  <dcterms:modified xsi:type="dcterms:W3CDTF">2025-06-20T07:10:00Z</dcterms:modified>
  <cp:category/>
</cp:coreProperties>
</file>